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52E80ED" w14:textId="77777777" w:rsidR="00775FF1" w:rsidRDefault="00536196">
      <w:pPr>
        <w:jc w:val="center"/>
      </w:pPr>
      <w:r>
        <w:rPr>
          <w:b/>
          <w:sz w:val="36"/>
        </w:rPr>
        <w:t>PUTTING TOGETHER YOUR LEA COUNTY 4-H RECORD BOOK</w:t>
      </w:r>
    </w:p>
    <w:p w14:paraId="6414A9B6" w14:textId="77777777" w:rsidR="00775FF1" w:rsidRDefault="00536196">
      <w:pPr>
        <w:jc w:val="center"/>
      </w:pPr>
      <w:r>
        <w:rPr>
          <w:b/>
          <w:sz w:val="26"/>
        </w:rPr>
        <w:t>2025–2026 4-H Year</w:t>
      </w:r>
    </w:p>
    <w:p w14:paraId="07BF8C01" w14:textId="77777777" w:rsidR="00775FF1" w:rsidRDefault="00536196">
      <w:r>
        <w:rPr>
          <w:b/>
          <w:sz w:val="28"/>
        </w:rPr>
        <w:t>1. COVER</w:t>
      </w:r>
    </w:p>
    <w:p w14:paraId="7E7F180E" w14:textId="30CE9DC6" w:rsidR="008F18B4" w:rsidRDefault="00536196">
      <w:r>
        <w:t>Use a 3-ring binder for your Lea County 4-H Record Book. Clearly identify the 2025–2026 4-H Year and include your name and 4-H club.</w:t>
      </w:r>
      <w:r w:rsidR="008F18B4">
        <w:t xml:space="preserve"> Form can be emailed and it is also available online at </w:t>
      </w:r>
      <w:r w:rsidR="008F18B4" w:rsidRPr="008F18B4">
        <w:t>https://leaextension.nmsu.edu/</w:t>
      </w:r>
    </w:p>
    <w:p w14:paraId="4A02B3F6" w14:textId="77777777" w:rsidR="00775FF1" w:rsidRDefault="00536196">
      <w:r>
        <w:rPr>
          <w:b/>
          <w:sz w:val="28"/>
        </w:rPr>
        <w:t>2. INDIVIDUAL PHOTO PAGE</w:t>
      </w:r>
    </w:p>
    <w:p w14:paraId="64BEAF72" w14:textId="3145BF3F" w:rsidR="00775FF1" w:rsidRDefault="00536196">
      <w:r>
        <w:t xml:space="preserve">Include one clear photo of yourself on a single page. Include your name, age, </w:t>
      </w:r>
      <w:r>
        <w:t>4-H club</w:t>
      </w:r>
      <w:r w:rsidR="008F18B4">
        <w:t xml:space="preserve">, and how many years in 4-H </w:t>
      </w:r>
      <w:r>
        <w:t>with the photo.</w:t>
      </w:r>
    </w:p>
    <w:p w14:paraId="025D8268" w14:textId="77777777" w:rsidR="00775FF1" w:rsidRDefault="00536196">
      <w:r>
        <w:rPr>
          <w:b/>
          <w:sz w:val="28"/>
        </w:rPr>
        <w:t>3. TABLE OF CONTENTS &amp; DIVIDERS</w:t>
      </w:r>
    </w:p>
    <w:p w14:paraId="27130185" w14:textId="3A08CB75" w:rsidR="008F18B4" w:rsidRDefault="00536196">
      <w:r>
        <w:t>Use divider pages to separate the major sections. List the sections in the order they appear in your book.</w:t>
      </w:r>
      <w:r w:rsidR="008F18B4">
        <w:t xml:space="preserve"> These forms can be emailed and are also available online at </w:t>
      </w:r>
      <w:r w:rsidR="008F18B4" w:rsidRPr="008F18B4">
        <w:t>https://leaextension.nmsu.edu/</w:t>
      </w:r>
    </w:p>
    <w:p w14:paraId="0A75A2B2" w14:textId="77777777" w:rsidR="00775FF1" w:rsidRDefault="00536196">
      <w:pPr>
        <w:pStyle w:val="ListBullet"/>
      </w:pPr>
      <w:r>
        <w:t>Individual Photo Page</w:t>
      </w:r>
    </w:p>
    <w:p w14:paraId="5DEF4647" w14:textId="77777777" w:rsidR="00775FF1" w:rsidRDefault="00536196">
      <w:pPr>
        <w:pStyle w:val="ListBullet"/>
      </w:pPr>
      <w:r>
        <w:t>Table of Contents</w:t>
      </w:r>
    </w:p>
    <w:p w14:paraId="3F67F3CD" w14:textId="77777777" w:rsidR="00775FF1" w:rsidRDefault="00536196">
      <w:pPr>
        <w:pStyle w:val="ListBullet"/>
      </w:pPr>
      <w:r>
        <w:t>Lea County 4-H Report Form</w:t>
      </w:r>
    </w:p>
    <w:p w14:paraId="1200C96E" w14:textId="77777777" w:rsidR="00775FF1" w:rsidRDefault="00536196">
      <w:pPr>
        <w:pStyle w:val="ListBullet"/>
      </w:pPr>
      <w:r>
        <w:t>My 4-H Story</w:t>
      </w:r>
    </w:p>
    <w:p w14:paraId="433C3F27" w14:textId="77777777" w:rsidR="00775FF1" w:rsidRDefault="00536196">
      <w:pPr>
        <w:pStyle w:val="ListBullet"/>
      </w:pPr>
      <w:r>
        <w:t>Project Record Sheets &amp; Project Photos</w:t>
      </w:r>
    </w:p>
    <w:p w14:paraId="794F8BDD" w14:textId="77777777" w:rsidR="00775FF1" w:rsidRDefault="00536196">
      <w:pPr>
        <w:pStyle w:val="ListBullet"/>
      </w:pPr>
      <w:r>
        <w:t>General Activity Photos</w:t>
      </w:r>
    </w:p>
    <w:p w14:paraId="7BB58F2C" w14:textId="77777777" w:rsidR="00775FF1" w:rsidRDefault="00536196">
      <w:pPr>
        <w:pStyle w:val="ListBullet"/>
      </w:pPr>
      <w:r>
        <w:t>Correspondence</w:t>
      </w:r>
    </w:p>
    <w:p w14:paraId="7F428EC8" w14:textId="77777777" w:rsidR="00775FF1" w:rsidRDefault="00536196">
      <w:pPr>
        <w:pStyle w:val="ListBullet"/>
      </w:pPr>
      <w:r>
        <w:t>Newspaper Clippings</w:t>
      </w:r>
    </w:p>
    <w:p w14:paraId="376C7BFA" w14:textId="77777777" w:rsidR="00775FF1" w:rsidRDefault="00536196">
      <w:r>
        <w:rPr>
          <w:b/>
          <w:sz w:val="28"/>
        </w:rPr>
        <w:t>4. LEA COUNTY 4-H REPORT FORM</w:t>
      </w:r>
    </w:p>
    <w:p w14:paraId="57DD0042" w14:textId="77777777" w:rsidR="00775FF1" w:rsidRDefault="00536196">
      <w:r>
        <w:t>Complete ONE Lea County 4-H Report Form for the 2025–2026 4-H Year, regardless of how many projects you completed. Complete every section that applies to you, including demonstrations/talks, judging, events and activities, fair participation, leadership, citizenship/community service, and other non-4-H experiences. Check spelling, signatures, and neatness.</w:t>
      </w:r>
    </w:p>
    <w:p w14:paraId="545FC708" w14:textId="77777777" w:rsidR="00775FF1" w:rsidRDefault="00536196">
      <w:r>
        <w:rPr>
          <w:b/>
          <w:sz w:val="28"/>
        </w:rPr>
        <w:t>5. MY 4-H STORY</w:t>
      </w:r>
    </w:p>
    <w:p w14:paraId="79635CB0" w14:textId="77777777" w:rsidR="00775FF1" w:rsidRDefault="00536196">
      <w:r>
        <w:t>Write about your 2025–2026 4-H experience. Describe your projects, what you learned, goals you set, accomplishments and challenges, club activities, leadership, demonstrations/public speaking, community service, and how 4-H helped you grow. You may also include goals for the next 4-H year. Make your story personal and original.</w:t>
      </w:r>
    </w:p>
    <w:p w14:paraId="73E7C385" w14:textId="77777777" w:rsidR="00775FF1" w:rsidRDefault="00536196">
      <w:r>
        <w:rPr>
          <w:b/>
          <w:sz w:val="28"/>
        </w:rPr>
        <w:lastRenderedPageBreak/>
        <w:t>6. PROJECT RECORD SHEETS</w:t>
      </w:r>
    </w:p>
    <w:p w14:paraId="1D44C1A0" w14:textId="77777777" w:rsidR="00775FF1" w:rsidRDefault="00536196">
      <w:r>
        <w:t>Include a separate Project Record Sheet for EACH project you are submitting. Complete the project goals/objectives, what you learned, leadership experiences, demonstrations/workshops/events, and financial summary when applicable. Check spelling, grammar, punctuation, and calculations.</w:t>
      </w:r>
    </w:p>
    <w:p w14:paraId="71C4D7C9" w14:textId="77777777" w:rsidR="00775FF1" w:rsidRDefault="00536196">
      <w:r>
        <w:rPr>
          <w:b/>
          <w:sz w:val="28"/>
        </w:rPr>
        <w:t>7. PROJECT PHOTOS</w:t>
      </w:r>
    </w:p>
    <w:p w14:paraId="279730DC" w14:textId="77777777" w:rsidR="00775FF1" w:rsidRDefault="00536196">
      <w:r>
        <w:t>Place photos directly related to a project in that project's section. Every photo should have a caption explaining what is happening. Do not use project-specific photos in the general activity photo section. Keep photos neat and do not overlap them.</w:t>
      </w:r>
    </w:p>
    <w:p w14:paraId="6E3A1EB1" w14:textId="77777777" w:rsidR="00775FF1" w:rsidRDefault="00536196">
      <w:r>
        <w:rPr>
          <w:b/>
          <w:sz w:val="28"/>
        </w:rPr>
        <w:t>8. GENERAL ACTIVITY PHOTOS</w:t>
      </w:r>
    </w:p>
    <w:p w14:paraId="46B86409" w14:textId="77777777" w:rsidR="00775FF1" w:rsidRDefault="00536196">
      <w:r>
        <w:t>Use this section for highlights from your overall 4-H year, such as club activities, community service, leadership, contests, workshops, county events, and other 4-H experiences. Each photo should have a caption. Arrange pages vertically.</w:t>
      </w:r>
    </w:p>
    <w:p w14:paraId="2AE2914D" w14:textId="77777777" w:rsidR="00775FF1" w:rsidRDefault="00536196">
      <w:r>
        <w:rPr>
          <w:b/>
          <w:sz w:val="28"/>
        </w:rPr>
        <w:t>9. CORRESPONDENCE</w:t>
      </w:r>
    </w:p>
    <w:p w14:paraId="50ECFD41" w14:textId="77777777" w:rsidR="00775FF1" w:rsidRDefault="00536196">
      <w:r>
        <w:t>Include selected correspondence that demonstrates your 4-H involvement when appropriate. Keep the section organized and easy to read.</w:t>
      </w:r>
    </w:p>
    <w:p w14:paraId="2EBC8EFD" w14:textId="77777777" w:rsidR="00775FF1" w:rsidRDefault="00536196">
      <w:r>
        <w:rPr>
          <w:b/>
          <w:sz w:val="28"/>
        </w:rPr>
        <w:t>10. NEWSPAPER CLIPPINGS</w:t>
      </w:r>
    </w:p>
    <w:p w14:paraId="12C65ABA" w14:textId="77777777" w:rsidR="00775FF1" w:rsidRDefault="00536196">
      <w:r>
        <w:t>Include selected newspaper articles or published items that document your 4-H participation or accomplishments. Keep the section neat and organized.</w:t>
      </w:r>
    </w:p>
    <w:p w14:paraId="5E934ABD" w14:textId="77777777" w:rsidR="00775FF1" w:rsidRDefault="00536196">
      <w:r>
        <w:rPr>
          <w:b/>
          <w:sz w:val="28"/>
        </w:rPr>
        <w:t>11. FINAL RECORD BOOK CHECK</w:t>
      </w:r>
    </w:p>
    <w:p w14:paraId="53A72534" w14:textId="77777777" w:rsidR="00775FF1" w:rsidRDefault="00536196">
      <w:r>
        <w:t>Before submitting your Lea County 4-H Record Book, make sure:</w:t>
      </w:r>
    </w:p>
    <w:p w14:paraId="4E4B0EFC" w14:textId="77777777" w:rsidR="00775FF1" w:rsidRDefault="00536196">
      <w:r>
        <w:t>☐</w:t>
      </w:r>
      <w:r>
        <w:t xml:space="preserve"> My binder is identified for the 2025–2026 4-H Year.</w:t>
      </w:r>
    </w:p>
    <w:p w14:paraId="308AC43F" w14:textId="77777777" w:rsidR="00775FF1" w:rsidRDefault="00536196">
      <w:r>
        <w:t>☐</w:t>
      </w:r>
      <w:r>
        <w:t xml:space="preserve"> My name, age, and 4-H club are on my photo page.</w:t>
      </w:r>
    </w:p>
    <w:p w14:paraId="5697718A" w14:textId="77777777" w:rsidR="00775FF1" w:rsidRDefault="00536196">
      <w:r>
        <w:t>☐</w:t>
      </w:r>
      <w:r>
        <w:t xml:space="preserve"> My Table of Contents is in the correct order.</w:t>
      </w:r>
    </w:p>
    <w:p w14:paraId="0AEB8E02" w14:textId="77777777" w:rsidR="00775FF1" w:rsidRDefault="00536196">
      <w:r>
        <w:t>☐</w:t>
      </w:r>
      <w:r>
        <w:t xml:space="preserve"> My Lea County 4-H Report Form is complete and signed.</w:t>
      </w:r>
    </w:p>
    <w:p w14:paraId="09B39229" w14:textId="77777777" w:rsidR="00775FF1" w:rsidRDefault="00536196">
      <w:r>
        <w:t>☐</w:t>
      </w:r>
      <w:r>
        <w:t xml:space="preserve"> My 4-H Story explains my experiences, learning, growth, and goals.</w:t>
      </w:r>
    </w:p>
    <w:p w14:paraId="48FAE18C" w14:textId="77777777" w:rsidR="00775FF1" w:rsidRDefault="00536196">
      <w:r>
        <w:t>☐</w:t>
      </w:r>
      <w:r>
        <w:t xml:space="preserve"> I included a Project Record Sheet for each project I am submitting.</w:t>
      </w:r>
    </w:p>
    <w:p w14:paraId="5BAB899B" w14:textId="77777777" w:rsidR="00775FF1" w:rsidRDefault="00536196">
      <w:r>
        <w:t>☐</w:t>
      </w:r>
      <w:r>
        <w:t xml:space="preserve"> Project information and financial information are complete when applicable.</w:t>
      </w:r>
    </w:p>
    <w:p w14:paraId="5ECADFAA" w14:textId="77777777" w:rsidR="00775FF1" w:rsidRDefault="00536196">
      <w:r>
        <w:t>☐</w:t>
      </w:r>
      <w:r>
        <w:t xml:space="preserve"> Project photos are with the correct project and have captions.</w:t>
      </w:r>
    </w:p>
    <w:p w14:paraId="27F36D3A" w14:textId="77777777" w:rsidR="00775FF1" w:rsidRDefault="00536196">
      <w:r>
        <w:lastRenderedPageBreak/>
        <w:t>☐</w:t>
      </w:r>
      <w:r>
        <w:t xml:space="preserve"> General activity photos have captions and are organized neatly.</w:t>
      </w:r>
    </w:p>
    <w:p w14:paraId="40B21633" w14:textId="77777777" w:rsidR="00775FF1" w:rsidRDefault="00536196">
      <w:r>
        <w:t>☐</w:t>
      </w:r>
      <w:r>
        <w:t xml:space="preserve"> Correspondence and newspaper clippings are relevant and organized.</w:t>
      </w:r>
    </w:p>
    <w:p w14:paraId="0B0A6AFD" w14:textId="77777777" w:rsidR="00775FF1" w:rsidRDefault="00536196">
      <w:r>
        <w:t>☐</w:t>
      </w:r>
      <w:r>
        <w:t xml:space="preserve"> I checked spelling, grammar, punctuation, and math.</w:t>
      </w:r>
    </w:p>
    <w:p w14:paraId="29B711D3" w14:textId="77777777" w:rsidR="00775FF1" w:rsidRDefault="00536196">
      <w:r>
        <w:t>☐</w:t>
      </w:r>
      <w:r>
        <w:t xml:space="preserve"> All required signatures are included.</w:t>
      </w:r>
    </w:p>
    <w:p w14:paraId="6F33A20B" w14:textId="77777777" w:rsidR="00775FF1" w:rsidRDefault="00536196">
      <w:r>
        <w:t>☐</w:t>
      </w:r>
      <w:r>
        <w:t xml:space="preserve"> My pages are organized vertically and easy to read.</w:t>
      </w:r>
    </w:p>
    <w:p w14:paraId="2ADC6A65" w14:textId="77777777" w:rsidR="00775FF1" w:rsidRDefault="00536196">
      <w:r>
        <w:t>☐</w:t>
      </w:r>
      <w:r>
        <w:t xml:space="preserve"> I reviewed the Lea County 4-H Record Book Score Sheet before submitting.</w:t>
      </w:r>
    </w:p>
    <w:p w14:paraId="64EA7BD5" w14:textId="77777777" w:rsidR="00775FF1" w:rsidRDefault="00536196">
      <w:pPr>
        <w:jc w:val="center"/>
      </w:pPr>
      <w:r>
        <w:rPr>
          <w:b/>
          <w:sz w:val="26"/>
        </w:rPr>
        <w:t>REMEMBER: Your record book tells the story of your 4-H year!</w:t>
      </w:r>
    </w:p>
    <w:p w14:paraId="129D7DBD" w14:textId="77777777" w:rsidR="00775FF1" w:rsidRDefault="00536196">
      <w:pPr>
        <w:jc w:val="center"/>
      </w:pPr>
      <w:r>
        <w:rPr>
          <w:i/>
        </w:rPr>
        <w:t>Be complete. Be neat. Be accurate. Be proud of your 4-H accomplishments.</w:t>
      </w:r>
    </w:p>
    <w:sectPr w:rsidR="00775FF1" w:rsidSect="00034616">
      <w:footerReference w:type="default" r:id="rId8"/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FE5794E" w14:textId="77777777" w:rsidR="00536196" w:rsidRDefault="00536196">
      <w:pPr>
        <w:spacing w:after="0" w:line="240" w:lineRule="auto"/>
      </w:pPr>
      <w:r>
        <w:separator/>
      </w:r>
    </w:p>
  </w:endnote>
  <w:endnote w:type="continuationSeparator" w:id="0">
    <w:p w14:paraId="13C6F55A" w14:textId="77777777" w:rsidR="00536196" w:rsidRDefault="0053619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E88AF79" w14:textId="77777777" w:rsidR="00775FF1" w:rsidRDefault="00536196">
    <w:pPr>
      <w:pStyle w:val="Footer"/>
      <w:jc w:val="center"/>
    </w:pPr>
    <w:r>
      <w:rPr>
        <w:sz w:val="18"/>
      </w:rPr>
      <w:t>Lea County 4-H • 2025–2026 4-H Year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F6945FF" w14:textId="77777777" w:rsidR="00536196" w:rsidRDefault="00536196">
      <w:pPr>
        <w:spacing w:after="0" w:line="240" w:lineRule="auto"/>
      </w:pPr>
      <w:r>
        <w:separator/>
      </w:r>
    </w:p>
  </w:footnote>
  <w:footnote w:type="continuationSeparator" w:id="0">
    <w:p w14:paraId="56044ECE" w14:textId="77777777" w:rsidR="00536196" w:rsidRDefault="0053619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892959949">
    <w:abstractNumId w:val="8"/>
  </w:num>
  <w:num w:numId="2" w16cid:durableId="855853668">
    <w:abstractNumId w:val="6"/>
  </w:num>
  <w:num w:numId="3" w16cid:durableId="503514480">
    <w:abstractNumId w:val="5"/>
  </w:num>
  <w:num w:numId="4" w16cid:durableId="932204519">
    <w:abstractNumId w:val="4"/>
  </w:num>
  <w:num w:numId="5" w16cid:durableId="1855144896">
    <w:abstractNumId w:val="7"/>
  </w:num>
  <w:num w:numId="6" w16cid:durableId="545459110">
    <w:abstractNumId w:val="3"/>
  </w:num>
  <w:num w:numId="7" w16cid:durableId="1187715923">
    <w:abstractNumId w:val="2"/>
  </w:num>
  <w:num w:numId="8" w16cid:durableId="1738046677">
    <w:abstractNumId w:val="1"/>
  </w:num>
  <w:num w:numId="9" w16cid:durableId="128935532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15074B"/>
    <w:rsid w:val="0029639D"/>
    <w:rsid w:val="00326F90"/>
    <w:rsid w:val="00536196"/>
    <w:rsid w:val="00775FF1"/>
    <w:rsid w:val="00810990"/>
    <w:rsid w:val="008F18B4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328416BA"/>
  <w14:defaultImageDpi w14:val="300"/>
  <w15:docId w15:val="{3AEB1DB5-7B73-4E3D-A6BD-75B196D3D7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rPr>
      <w:rFonts w:ascii="Arial" w:hAnsi="Arial"/>
      <w:sz w:val="21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Hyperlink">
    <w:name w:val="Hyperlink"/>
    <w:basedOn w:val="DefaultParagraphFont"/>
    <w:uiPriority w:val="99"/>
    <w:unhideWhenUsed/>
    <w:rsid w:val="008F18B4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8F18B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3</Pages>
  <Words>572</Words>
  <Characters>3265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3830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Chelsey Wilson</cp:lastModifiedBy>
  <cp:revision>2</cp:revision>
  <dcterms:created xsi:type="dcterms:W3CDTF">2026-09-16T02:26:00Z</dcterms:created>
  <dcterms:modified xsi:type="dcterms:W3CDTF">2026-09-16T02:26:00Z</dcterms:modified>
  <cp:category/>
</cp:coreProperties>
</file>